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C6053" w14:textId="77777777" w:rsidR="00615227" w:rsidRDefault="00615227"/>
    <w:p w14:paraId="210EED74" w14:textId="4E7492EA" w:rsidR="00615227" w:rsidRPr="00615227" w:rsidRDefault="00615227" w:rsidP="00615227">
      <w:pPr>
        <w:jc w:val="center"/>
        <w:rPr>
          <w:b/>
          <w:bCs/>
          <w:sz w:val="28"/>
          <w:szCs w:val="28"/>
        </w:rPr>
      </w:pPr>
      <w:r w:rsidRPr="00615227">
        <w:rPr>
          <w:b/>
          <w:bCs/>
          <w:sz w:val="28"/>
          <w:szCs w:val="28"/>
        </w:rPr>
        <w:t>ZAHTJEV ZA UPIS</w:t>
      </w:r>
    </w:p>
    <w:p w14:paraId="4809744F" w14:textId="77777777" w:rsidR="00615227" w:rsidRDefault="00615227">
      <w:pPr>
        <w:spacing w:before="80" w:after="40"/>
        <w:rPr>
          <w:rFonts w:ascii="Times New Roman" w:hAnsi="Times New Roman" w:cs="Times New Roman"/>
          <w:b/>
          <w:sz w:val="22"/>
        </w:rPr>
      </w:pPr>
    </w:p>
    <w:p w14:paraId="708F871D" w14:textId="39C14F3C" w:rsidR="001572ED" w:rsidRPr="00615227" w:rsidRDefault="00DB33C9">
      <w:pPr>
        <w:spacing w:before="80" w:after="4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b/>
          <w:sz w:val="22"/>
        </w:rPr>
        <w:t>PODACI O DJETETU</w:t>
      </w:r>
    </w:p>
    <w:p w14:paraId="748011C6" w14:textId="77777777" w:rsidR="00DB33C9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 xml:space="preserve">IME I PREZIME DJETETA: ____________________________________    </w:t>
      </w:r>
    </w:p>
    <w:p w14:paraId="7F100EE4" w14:textId="77777777" w:rsidR="00DB33C9" w:rsidRDefault="00DB33C9">
      <w:pPr>
        <w:spacing w:after="20"/>
        <w:rPr>
          <w:rFonts w:ascii="Times New Roman" w:hAnsi="Times New Roman" w:cs="Times New Roman"/>
          <w:sz w:val="22"/>
        </w:rPr>
      </w:pPr>
    </w:p>
    <w:p w14:paraId="4D3F4B76" w14:textId="2F3F5E74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DATUM I MJESTO ROĐENJA: __________________________</w:t>
      </w:r>
      <w:r>
        <w:rPr>
          <w:rFonts w:ascii="Times New Roman" w:hAnsi="Times New Roman" w:cs="Times New Roman"/>
          <w:sz w:val="22"/>
        </w:rPr>
        <w:t>_______</w:t>
      </w:r>
    </w:p>
    <w:p w14:paraId="0B78222D" w14:textId="77777777" w:rsidR="00DB33C9" w:rsidRDefault="00DB33C9">
      <w:pPr>
        <w:spacing w:after="20"/>
        <w:rPr>
          <w:rFonts w:ascii="Times New Roman" w:hAnsi="Times New Roman" w:cs="Times New Roman"/>
          <w:sz w:val="22"/>
        </w:rPr>
      </w:pPr>
    </w:p>
    <w:p w14:paraId="103EC550" w14:textId="323160AE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ADRESA</w:t>
      </w:r>
      <w:r w:rsidRPr="00615227">
        <w:rPr>
          <w:rFonts w:ascii="Times New Roman" w:hAnsi="Times New Roman" w:cs="Times New Roman"/>
          <w:sz w:val="22"/>
        </w:rPr>
        <w:t>: _______________________________________</w:t>
      </w:r>
      <w:r>
        <w:rPr>
          <w:rFonts w:ascii="Times New Roman" w:hAnsi="Times New Roman" w:cs="Times New Roman"/>
          <w:sz w:val="22"/>
        </w:rPr>
        <w:t>_____</w:t>
      </w:r>
      <w:r w:rsidRPr="00615227">
        <w:rPr>
          <w:rFonts w:ascii="Times New Roman" w:hAnsi="Times New Roman" w:cs="Times New Roman"/>
          <w:sz w:val="22"/>
        </w:rPr>
        <w:t xml:space="preserve">   OIB DJETETA: _____________________</w:t>
      </w:r>
    </w:p>
    <w:p w14:paraId="377911C6" w14:textId="77777777" w:rsidR="00DB33C9" w:rsidRDefault="00DB33C9">
      <w:pPr>
        <w:spacing w:before="80" w:after="40"/>
        <w:rPr>
          <w:rFonts w:ascii="Times New Roman" w:hAnsi="Times New Roman" w:cs="Times New Roman"/>
          <w:sz w:val="22"/>
        </w:rPr>
      </w:pPr>
    </w:p>
    <w:p w14:paraId="30CDBE7D" w14:textId="2B56AEB5" w:rsidR="001572ED" w:rsidRPr="00615227" w:rsidRDefault="00DB33C9">
      <w:pPr>
        <w:spacing w:before="80" w:after="4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b/>
          <w:sz w:val="22"/>
        </w:rPr>
        <w:t>PODACI O MAJCI</w:t>
      </w:r>
    </w:p>
    <w:p w14:paraId="601183A5" w14:textId="34B5C9ED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IME I PREZIME MAJKE: _________________________</w:t>
      </w:r>
      <w:proofErr w:type="gramStart"/>
      <w:r w:rsidRPr="00615227">
        <w:rPr>
          <w:rFonts w:ascii="Times New Roman" w:hAnsi="Times New Roman" w:cs="Times New Roman"/>
          <w:sz w:val="22"/>
        </w:rPr>
        <w:t xml:space="preserve">_ </w:t>
      </w:r>
      <w:r w:rsidRPr="00615227">
        <w:rPr>
          <w:rFonts w:ascii="Times New Roman" w:hAnsi="Times New Roman" w:cs="Times New Roman"/>
          <w:sz w:val="22"/>
        </w:rPr>
        <w:t xml:space="preserve"> OIB</w:t>
      </w:r>
      <w:proofErr w:type="gramEnd"/>
      <w:r w:rsidRPr="00615227">
        <w:rPr>
          <w:rFonts w:ascii="Times New Roman" w:hAnsi="Times New Roman" w:cs="Times New Roman"/>
          <w:sz w:val="22"/>
        </w:rPr>
        <w:t>: ______________</w:t>
      </w:r>
      <w:r>
        <w:rPr>
          <w:rFonts w:ascii="Times New Roman" w:hAnsi="Times New Roman" w:cs="Times New Roman"/>
          <w:sz w:val="22"/>
        </w:rPr>
        <w:t>__</w:t>
      </w:r>
      <w:proofErr w:type="gramStart"/>
      <w:r>
        <w:rPr>
          <w:rFonts w:ascii="Times New Roman" w:hAnsi="Times New Roman" w:cs="Times New Roman"/>
          <w:sz w:val="22"/>
        </w:rPr>
        <w:t>_</w:t>
      </w:r>
      <w:r w:rsidRPr="00615227">
        <w:rPr>
          <w:rFonts w:ascii="Times New Roman" w:hAnsi="Times New Roman" w:cs="Times New Roman"/>
          <w:sz w:val="22"/>
        </w:rPr>
        <w:t xml:space="preserve"> </w:t>
      </w:r>
      <w:r w:rsidRPr="00615227">
        <w:rPr>
          <w:rFonts w:ascii="Times New Roman" w:hAnsi="Times New Roman" w:cs="Times New Roman"/>
          <w:sz w:val="22"/>
        </w:rPr>
        <w:t xml:space="preserve"> MOB</w:t>
      </w:r>
      <w:proofErr w:type="gramEnd"/>
      <w:r w:rsidRPr="00615227">
        <w:rPr>
          <w:rFonts w:ascii="Times New Roman" w:hAnsi="Times New Roman" w:cs="Times New Roman"/>
          <w:sz w:val="22"/>
        </w:rPr>
        <w:t xml:space="preserve">: </w:t>
      </w:r>
      <w:r w:rsidRPr="00615227">
        <w:rPr>
          <w:rFonts w:ascii="Times New Roman" w:hAnsi="Times New Roman" w:cs="Times New Roman"/>
          <w:sz w:val="22"/>
        </w:rPr>
        <w:t>______________</w:t>
      </w:r>
    </w:p>
    <w:p w14:paraId="1AF440A9" w14:textId="4970C978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E-MAIL: ____________________________</w:t>
      </w:r>
      <w:r>
        <w:rPr>
          <w:rFonts w:ascii="Times New Roman" w:hAnsi="Times New Roman" w:cs="Times New Roman"/>
          <w:sz w:val="22"/>
        </w:rPr>
        <w:t>___</w:t>
      </w:r>
      <w:r w:rsidRPr="00615227">
        <w:rPr>
          <w:rFonts w:ascii="Times New Roman" w:hAnsi="Times New Roman" w:cs="Times New Roman"/>
          <w:sz w:val="22"/>
        </w:rPr>
        <w:t xml:space="preserve"> ZVANJE (</w:t>
      </w:r>
      <w:proofErr w:type="spellStart"/>
      <w:r w:rsidRPr="00615227">
        <w:rPr>
          <w:rFonts w:ascii="Times New Roman" w:hAnsi="Times New Roman" w:cs="Times New Roman"/>
          <w:sz w:val="22"/>
        </w:rPr>
        <w:t>završeno</w:t>
      </w:r>
      <w:proofErr w:type="spellEnd"/>
      <w:r w:rsidRPr="0061522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2"/>
        </w:rPr>
        <w:t>školovanje</w:t>
      </w:r>
      <w:proofErr w:type="spellEnd"/>
      <w:r w:rsidRPr="00615227">
        <w:rPr>
          <w:rFonts w:ascii="Times New Roman" w:hAnsi="Times New Roman" w:cs="Times New Roman"/>
          <w:sz w:val="22"/>
        </w:rPr>
        <w:t>): ________________________</w:t>
      </w:r>
    </w:p>
    <w:p w14:paraId="27616691" w14:textId="0E16A196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RADNO MJESTO: __________________</w:t>
      </w:r>
      <w:r>
        <w:rPr>
          <w:rFonts w:ascii="Times New Roman" w:hAnsi="Times New Roman" w:cs="Times New Roman"/>
          <w:sz w:val="22"/>
        </w:rPr>
        <w:t>_____</w:t>
      </w:r>
      <w:r w:rsidRPr="00615227">
        <w:rPr>
          <w:rFonts w:ascii="Times New Roman" w:hAnsi="Times New Roman" w:cs="Times New Roman"/>
          <w:sz w:val="22"/>
        </w:rPr>
        <w:t xml:space="preserve"> </w:t>
      </w:r>
      <w:r w:rsidRPr="00615227">
        <w:rPr>
          <w:rFonts w:ascii="Times New Roman" w:hAnsi="Times New Roman" w:cs="Times New Roman"/>
          <w:sz w:val="22"/>
        </w:rPr>
        <w:t>POSLODAVAC: __________________</w:t>
      </w:r>
      <w:r>
        <w:rPr>
          <w:rFonts w:ascii="Times New Roman" w:hAnsi="Times New Roman" w:cs="Times New Roman"/>
          <w:sz w:val="22"/>
        </w:rPr>
        <w:t>___</w:t>
      </w:r>
      <w:r w:rsidRPr="00615227">
        <w:rPr>
          <w:rFonts w:ascii="Times New Roman" w:hAnsi="Times New Roman" w:cs="Times New Roman"/>
          <w:sz w:val="22"/>
        </w:rPr>
        <w:t xml:space="preserve">   </w:t>
      </w:r>
    </w:p>
    <w:p w14:paraId="1DF0B7BD" w14:textId="77777777" w:rsidR="00DB33C9" w:rsidRDefault="00DB33C9">
      <w:pPr>
        <w:spacing w:before="80" w:after="40"/>
        <w:rPr>
          <w:rFonts w:ascii="Times New Roman" w:hAnsi="Times New Roman" w:cs="Times New Roman"/>
          <w:b/>
          <w:sz w:val="22"/>
        </w:rPr>
      </w:pPr>
    </w:p>
    <w:p w14:paraId="5EA893FA" w14:textId="0E5CECAF" w:rsidR="001572ED" w:rsidRPr="00615227" w:rsidRDefault="00DB33C9">
      <w:pPr>
        <w:spacing w:before="80" w:after="4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b/>
          <w:sz w:val="22"/>
        </w:rPr>
        <w:t>PODACI O OCU</w:t>
      </w:r>
    </w:p>
    <w:p w14:paraId="0441CCB8" w14:textId="6E4E184B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IME I PREZIME OCA: ____________________________</w:t>
      </w:r>
      <w:r w:rsidRPr="00615227">
        <w:rPr>
          <w:rFonts w:ascii="Times New Roman" w:hAnsi="Times New Roman" w:cs="Times New Roman"/>
          <w:sz w:val="22"/>
        </w:rPr>
        <w:t xml:space="preserve"> </w:t>
      </w:r>
      <w:r w:rsidRPr="00615227">
        <w:rPr>
          <w:rFonts w:ascii="Times New Roman" w:hAnsi="Times New Roman" w:cs="Times New Roman"/>
          <w:sz w:val="22"/>
        </w:rPr>
        <w:t>OIB:</w:t>
      </w:r>
      <w:r w:rsidRPr="00615227">
        <w:rPr>
          <w:rFonts w:ascii="Times New Roman" w:hAnsi="Times New Roman" w:cs="Times New Roman"/>
          <w:sz w:val="22"/>
        </w:rPr>
        <w:t>______________</w:t>
      </w:r>
      <w:r>
        <w:rPr>
          <w:rFonts w:ascii="Times New Roman" w:hAnsi="Times New Roman" w:cs="Times New Roman"/>
          <w:sz w:val="22"/>
        </w:rPr>
        <w:t>__</w:t>
      </w:r>
      <w:r w:rsidRPr="00615227">
        <w:rPr>
          <w:rFonts w:ascii="Times New Roman" w:hAnsi="Times New Roman" w:cs="Times New Roman"/>
          <w:sz w:val="22"/>
        </w:rPr>
        <w:t xml:space="preserve"> </w:t>
      </w:r>
      <w:r w:rsidRPr="00615227">
        <w:rPr>
          <w:rFonts w:ascii="Times New Roman" w:hAnsi="Times New Roman" w:cs="Times New Roman"/>
          <w:sz w:val="22"/>
        </w:rPr>
        <w:t>MOB: ______________</w:t>
      </w:r>
      <w:r>
        <w:rPr>
          <w:rFonts w:ascii="Times New Roman" w:hAnsi="Times New Roman" w:cs="Times New Roman"/>
          <w:sz w:val="22"/>
        </w:rPr>
        <w:t>_</w:t>
      </w:r>
    </w:p>
    <w:p w14:paraId="6B575BB9" w14:textId="508EA5C3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E-MAIL: ___________________________</w:t>
      </w:r>
      <w:r>
        <w:rPr>
          <w:rFonts w:ascii="Times New Roman" w:hAnsi="Times New Roman" w:cs="Times New Roman"/>
          <w:sz w:val="22"/>
        </w:rPr>
        <w:t>_______</w:t>
      </w:r>
      <w:r w:rsidRPr="00615227">
        <w:rPr>
          <w:rFonts w:ascii="Times New Roman" w:hAnsi="Times New Roman" w:cs="Times New Roman"/>
          <w:sz w:val="22"/>
        </w:rPr>
        <w:t xml:space="preserve"> </w:t>
      </w:r>
      <w:r w:rsidRPr="00615227">
        <w:rPr>
          <w:rFonts w:ascii="Times New Roman" w:hAnsi="Times New Roman" w:cs="Times New Roman"/>
          <w:sz w:val="22"/>
        </w:rPr>
        <w:t>ZVANJE (</w:t>
      </w:r>
      <w:proofErr w:type="spellStart"/>
      <w:r w:rsidRPr="00615227">
        <w:rPr>
          <w:rFonts w:ascii="Times New Roman" w:hAnsi="Times New Roman" w:cs="Times New Roman"/>
          <w:sz w:val="22"/>
        </w:rPr>
        <w:t>završeno</w:t>
      </w:r>
      <w:proofErr w:type="spellEnd"/>
      <w:r w:rsidRPr="0061522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2"/>
        </w:rPr>
        <w:t>školovanje</w:t>
      </w:r>
      <w:proofErr w:type="spellEnd"/>
      <w:r w:rsidRPr="00615227">
        <w:rPr>
          <w:rFonts w:ascii="Times New Roman" w:hAnsi="Times New Roman" w:cs="Times New Roman"/>
          <w:sz w:val="22"/>
        </w:rPr>
        <w:t>): ____________________</w:t>
      </w:r>
      <w:r>
        <w:rPr>
          <w:rFonts w:ascii="Times New Roman" w:hAnsi="Times New Roman" w:cs="Times New Roman"/>
          <w:sz w:val="22"/>
        </w:rPr>
        <w:t>_</w:t>
      </w:r>
    </w:p>
    <w:p w14:paraId="1166C0D8" w14:textId="55A87691" w:rsidR="001572ED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RADNO MJESTO: __________________</w:t>
      </w:r>
      <w:r>
        <w:rPr>
          <w:rFonts w:ascii="Times New Roman" w:hAnsi="Times New Roman" w:cs="Times New Roman"/>
          <w:sz w:val="22"/>
        </w:rPr>
        <w:t>_____</w:t>
      </w:r>
      <w:r w:rsidRPr="00615227">
        <w:rPr>
          <w:rFonts w:ascii="Times New Roman" w:hAnsi="Times New Roman" w:cs="Times New Roman"/>
          <w:sz w:val="22"/>
        </w:rPr>
        <w:t xml:space="preserve"> </w:t>
      </w:r>
      <w:r w:rsidRPr="00615227">
        <w:rPr>
          <w:rFonts w:ascii="Times New Roman" w:hAnsi="Times New Roman" w:cs="Times New Roman"/>
          <w:sz w:val="22"/>
        </w:rPr>
        <w:t xml:space="preserve">POSLODAVAC: __________________  </w:t>
      </w:r>
    </w:p>
    <w:p w14:paraId="0D09709E" w14:textId="77777777" w:rsidR="00DB33C9" w:rsidRPr="00615227" w:rsidRDefault="00DB33C9">
      <w:pPr>
        <w:spacing w:after="20"/>
        <w:rPr>
          <w:rFonts w:ascii="Times New Roman" w:hAnsi="Times New Roman" w:cs="Times New Roman"/>
          <w:sz w:val="22"/>
        </w:rPr>
      </w:pPr>
    </w:p>
    <w:p w14:paraId="2E00E308" w14:textId="77777777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BROJ DJECE U OBITELJI: ____________    REDOSLIJED ROĐENJA DJETETA: ____________</w:t>
      </w:r>
    </w:p>
    <w:p w14:paraId="24D4AF7C" w14:textId="77777777" w:rsidR="00DB33C9" w:rsidRDefault="00DB33C9">
      <w:pPr>
        <w:spacing w:before="60" w:after="20"/>
        <w:rPr>
          <w:rFonts w:ascii="Times New Roman" w:hAnsi="Times New Roman" w:cs="Times New Roman"/>
          <w:sz w:val="22"/>
        </w:rPr>
      </w:pPr>
    </w:p>
    <w:p w14:paraId="73126519" w14:textId="3E32257B" w:rsidR="001572ED" w:rsidRPr="00615227" w:rsidRDefault="00DB33C9">
      <w:pPr>
        <w:spacing w:before="60" w:after="20"/>
        <w:rPr>
          <w:rFonts w:ascii="Times New Roman" w:hAnsi="Times New Roman" w:cs="Times New Roman"/>
          <w:sz w:val="22"/>
        </w:rPr>
      </w:pPr>
      <w:proofErr w:type="spellStart"/>
      <w:r w:rsidRPr="00615227">
        <w:rPr>
          <w:rFonts w:ascii="Times New Roman" w:hAnsi="Times New Roman" w:cs="Times New Roman"/>
          <w:sz w:val="22"/>
        </w:rPr>
        <w:t>Navesti</w:t>
      </w:r>
      <w:proofErr w:type="spellEnd"/>
      <w:r w:rsidRPr="0061522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2"/>
        </w:rPr>
        <w:t>alergiju</w:t>
      </w:r>
      <w:proofErr w:type="spellEnd"/>
      <w:r w:rsidRPr="00615227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15227">
        <w:rPr>
          <w:rFonts w:ascii="Times New Roman" w:hAnsi="Times New Roman" w:cs="Times New Roman"/>
          <w:sz w:val="22"/>
        </w:rPr>
        <w:t>osjetljivost</w:t>
      </w:r>
      <w:proofErr w:type="spellEnd"/>
      <w:r w:rsidRPr="0061522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2"/>
        </w:rPr>
        <w:t>na</w:t>
      </w:r>
      <w:proofErr w:type="spellEnd"/>
      <w:r w:rsidRPr="00615227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2"/>
        </w:rPr>
        <w:t>hranu</w:t>
      </w:r>
      <w:proofErr w:type="spellEnd"/>
      <w:r w:rsidRPr="00615227">
        <w:rPr>
          <w:rFonts w:ascii="Times New Roman" w:hAnsi="Times New Roman" w:cs="Times New Roman"/>
          <w:sz w:val="22"/>
        </w:rPr>
        <w:t xml:space="preserve"> ili materijale, ili druga ograničenja u ponašanju i zdravlju djeteta</w:t>
      </w:r>
      <w:r w:rsidRPr="00615227">
        <w:rPr>
          <w:rFonts w:ascii="Times New Roman" w:hAnsi="Times New Roman" w:cs="Times New Roman"/>
          <w:sz w:val="22"/>
        </w:rPr>
        <w:br/>
        <w:t>spomenuto (ako nema, upisati NEMA). Kod upisa, roditelj se obvezuje predati dokumentaciju koja dokazuje</w:t>
      </w:r>
      <w:r w:rsidRPr="00615227">
        <w:rPr>
          <w:rFonts w:ascii="Times New Roman" w:hAnsi="Times New Roman" w:cs="Times New Roman"/>
          <w:sz w:val="22"/>
        </w:rPr>
        <w:br/>
        <w:t>navedeno.</w:t>
      </w:r>
    </w:p>
    <w:p w14:paraId="23BD5CF4" w14:textId="77777777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________________________________________________________________________________________</w:t>
      </w:r>
    </w:p>
    <w:p w14:paraId="32A3D3A2" w14:textId="77777777" w:rsidR="001572ED" w:rsidRPr="00615227" w:rsidRDefault="00DB33C9">
      <w:pPr>
        <w:spacing w:after="20"/>
        <w:rPr>
          <w:rFonts w:ascii="Times New Roman" w:hAnsi="Times New Roman" w:cs="Times New Roman"/>
          <w:sz w:val="22"/>
        </w:rPr>
      </w:pPr>
      <w:r w:rsidRPr="00615227">
        <w:rPr>
          <w:rFonts w:ascii="Times New Roman" w:hAnsi="Times New Roman" w:cs="Times New Roman"/>
          <w:sz w:val="22"/>
        </w:rPr>
        <w:t>________________________________________________________________________________________</w:t>
      </w:r>
    </w:p>
    <w:p w14:paraId="7C61EE17" w14:textId="28D36053" w:rsidR="001572ED" w:rsidRPr="00615227" w:rsidRDefault="00615227">
      <w:pPr>
        <w:spacing w:before="80" w:after="4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Općina Donja Voća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dane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podatke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koristit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će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isključivo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za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obradu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podataka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unutar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Općine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te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se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isti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neće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davati trećim osobama, osim ako zakonom nije drugačije određeno. U slučaju danih neistinitih informacija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ili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nedavanja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potpunih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informacija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Općina Donja Voća</w:t>
      </w:r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ima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pravo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odbiti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upis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ili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upisano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dijete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ispisati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odlukom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načelnice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68E96463" w14:textId="77777777" w:rsidR="001572ED" w:rsidRDefault="00DB33C9">
      <w:pPr>
        <w:spacing w:after="80"/>
        <w:rPr>
          <w:rFonts w:ascii="Times New Roman" w:hAnsi="Times New Roman" w:cs="Times New Roman"/>
          <w:sz w:val="20"/>
          <w:szCs w:val="20"/>
        </w:rPr>
      </w:pPr>
      <w:proofErr w:type="spellStart"/>
      <w:r w:rsidRPr="00615227">
        <w:rPr>
          <w:rFonts w:ascii="Times New Roman" w:hAnsi="Times New Roman" w:cs="Times New Roman"/>
          <w:sz w:val="20"/>
          <w:szCs w:val="20"/>
        </w:rPr>
        <w:t>Vlastitim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potpisom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daje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se suglasnost za obradu danih podataka te se potvrđuje istinitost danih podataka o djetetu i roditeljima. Suglasnost za obradu danih podataka može se povući bilo kada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pisanim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putem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zemaljskom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ili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elektroničkom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15227">
        <w:rPr>
          <w:rFonts w:ascii="Times New Roman" w:hAnsi="Times New Roman" w:cs="Times New Roman"/>
          <w:sz w:val="20"/>
          <w:szCs w:val="20"/>
        </w:rPr>
        <w:t>poštom</w:t>
      </w:r>
      <w:proofErr w:type="spellEnd"/>
      <w:r w:rsidRPr="00615227">
        <w:rPr>
          <w:rFonts w:ascii="Times New Roman" w:hAnsi="Times New Roman" w:cs="Times New Roman"/>
          <w:sz w:val="20"/>
          <w:szCs w:val="20"/>
        </w:rPr>
        <w:t>).</w:t>
      </w:r>
    </w:p>
    <w:p w14:paraId="31527A70" w14:textId="77777777" w:rsidR="00615227" w:rsidRPr="00DB33C9" w:rsidRDefault="00615227">
      <w:pPr>
        <w:spacing w:after="80"/>
        <w:rPr>
          <w:rFonts w:ascii="Times New Roman" w:hAnsi="Times New Roman" w:cs="Times New Roman"/>
          <w:sz w:val="20"/>
          <w:szCs w:val="20"/>
        </w:rPr>
      </w:pPr>
    </w:p>
    <w:p w14:paraId="7D8B5ECF" w14:textId="66C11FC9" w:rsidR="00615227" w:rsidRPr="00DB33C9" w:rsidRDefault="00615227">
      <w:pPr>
        <w:spacing w:after="80"/>
        <w:rPr>
          <w:rFonts w:ascii="Times New Roman" w:hAnsi="Times New Roman" w:cs="Times New Roman"/>
          <w:sz w:val="20"/>
          <w:szCs w:val="20"/>
        </w:rPr>
      </w:pPr>
      <w:r w:rsidRPr="00DB33C9">
        <w:rPr>
          <w:rFonts w:ascii="Times New Roman" w:hAnsi="Times New Roman" w:cs="Times New Roman"/>
          <w:sz w:val="24"/>
          <w:szCs w:val="24"/>
        </w:rPr>
        <w:t xml:space="preserve">Datum </w:t>
      </w:r>
      <w:proofErr w:type="spellStart"/>
      <w:r w:rsidRPr="00DB33C9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DB33C9">
        <w:rPr>
          <w:rFonts w:ascii="Times New Roman" w:hAnsi="Times New Roman" w:cs="Times New Roman"/>
          <w:sz w:val="24"/>
          <w:szCs w:val="24"/>
        </w:rPr>
        <w:t>:</w:t>
      </w:r>
      <w:r w:rsidRPr="00DB33C9">
        <w:rPr>
          <w:rFonts w:ascii="Times New Roman" w:hAnsi="Times New Roman" w:cs="Times New Roman"/>
        </w:rPr>
        <w:t xml:space="preserve"> ____________________</w:t>
      </w:r>
    </w:p>
    <w:p w14:paraId="03DAFE91" w14:textId="77777777" w:rsidR="00615227" w:rsidRDefault="00615227">
      <w:pPr>
        <w:spacing w:after="80"/>
        <w:rPr>
          <w:rFonts w:ascii="Times New Roman" w:hAnsi="Times New Roman" w:cs="Times New Roman"/>
          <w:sz w:val="20"/>
          <w:szCs w:val="20"/>
        </w:rPr>
      </w:pPr>
    </w:p>
    <w:p w14:paraId="7C191B78" w14:textId="77777777" w:rsidR="00DB33C9" w:rsidRPr="00615227" w:rsidRDefault="00DB33C9">
      <w:pPr>
        <w:spacing w:after="80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1572ED" w:rsidRPr="00615227" w14:paraId="535FBCAB" w14:textId="77777777">
        <w:trPr>
          <w:jc w:val="center"/>
        </w:trPr>
        <w:tc>
          <w:tcPr>
            <w:tcW w:w="515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CBD0F6B" w14:textId="77777777" w:rsidR="001572ED" w:rsidRPr="00615227" w:rsidRDefault="00DB33C9">
            <w:pPr>
              <w:rPr>
                <w:rFonts w:ascii="Times New Roman" w:hAnsi="Times New Roman" w:cs="Times New Roman"/>
                <w:sz w:val="22"/>
              </w:rPr>
            </w:pPr>
            <w:r w:rsidRPr="00615227">
              <w:rPr>
                <w:rFonts w:ascii="Times New Roman" w:hAnsi="Times New Roman" w:cs="Times New Roman"/>
                <w:sz w:val="22"/>
              </w:rPr>
              <w:t>POTPIS MAJKE: ______________________________</w:t>
            </w:r>
          </w:p>
        </w:tc>
        <w:tc>
          <w:tcPr>
            <w:tcW w:w="5156" w:type="dxa"/>
            <w:tcMar>
              <w:top w:w="50" w:type="dxa"/>
              <w:left w:w="70" w:type="dxa"/>
              <w:bottom w:w="50" w:type="dxa"/>
              <w:right w:w="70" w:type="dxa"/>
            </w:tcMar>
            <w:vAlign w:val="center"/>
          </w:tcPr>
          <w:p w14:paraId="5C055376" w14:textId="77777777" w:rsidR="001572ED" w:rsidRPr="00615227" w:rsidRDefault="00DB33C9">
            <w:pPr>
              <w:rPr>
                <w:rFonts w:ascii="Times New Roman" w:hAnsi="Times New Roman" w:cs="Times New Roman"/>
                <w:sz w:val="22"/>
              </w:rPr>
            </w:pPr>
            <w:r w:rsidRPr="00615227">
              <w:rPr>
                <w:rFonts w:ascii="Times New Roman" w:hAnsi="Times New Roman" w:cs="Times New Roman"/>
                <w:sz w:val="22"/>
              </w:rPr>
              <w:t>POTPIS OCA: ______________________________</w:t>
            </w:r>
          </w:p>
        </w:tc>
      </w:tr>
    </w:tbl>
    <w:p w14:paraId="1AD5CE0E" w14:textId="77777777" w:rsidR="00F93D99" w:rsidRDefault="00F93D99"/>
    <w:sectPr w:rsidR="00F93D99" w:rsidSect="00034616">
      <w:pgSz w:w="12240" w:h="15840"/>
      <w:pgMar w:top="850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76309155">
    <w:abstractNumId w:val="8"/>
  </w:num>
  <w:num w:numId="2" w16cid:durableId="2034530274">
    <w:abstractNumId w:val="6"/>
  </w:num>
  <w:num w:numId="3" w16cid:durableId="2029867880">
    <w:abstractNumId w:val="5"/>
  </w:num>
  <w:num w:numId="4" w16cid:durableId="1478300833">
    <w:abstractNumId w:val="4"/>
  </w:num>
  <w:num w:numId="5" w16cid:durableId="483855712">
    <w:abstractNumId w:val="7"/>
  </w:num>
  <w:num w:numId="6" w16cid:durableId="1121612673">
    <w:abstractNumId w:val="3"/>
  </w:num>
  <w:num w:numId="7" w16cid:durableId="390228851">
    <w:abstractNumId w:val="2"/>
  </w:num>
  <w:num w:numId="8" w16cid:durableId="202713445">
    <w:abstractNumId w:val="1"/>
  </w:num>
  <w:num w:numId="9" w16cid:durableId="139592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72ED"/>
    <w:rsid w:val="0029639D"/>
    <w:rsid w:val="00326F90"/>
    <w:rsid w:val="00615227"/>
    <w:rsid w:val="006C36F5"/>
    <w:rsid w:val="00795131"/>
    <w:rsid w:val="00AA1D8D"/>
    <w:rsid w:val="00B05B5C"/>
    <w:rsid w:val="00B47730"/>
    <w:rsid w:val="00CB0664"/>
    <w:rsid w:val="00DB33C9"/>
    <w:rsid w:val="00F93D9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BC263"/>
  <w14:defaultImageDpi w14:val="300"/>
  <w15:docId w15:val="{27C868CF-946A-47CF-BF59-1DFC34B7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8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1689</Characters>
  <Application>Microsoft Office Word</Application>
  <DocSecurity>4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PH Općina Donja Voća</cp:lastModifiedBy>
  <cp:revision>2</cp:revision>
  <cp:lastPrinted>2026-09-08T10:08:00Z</cp:lastPrinted>
  <dcterms:created xsi:type="dcterms:W3CDTF">2026-09-08T10:11:00Z</dcterms:created>
  <dcterms:modified xsi:type="dcterms:W3CDTF">2026-09-08T10:11:00Z</dcterms:modified>
  <cp:category/>
</cp:coreProperties>
</file>